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7C99" w14:textId="33A4F7B5" w:rsidR="00CE2EC1" w:rsidRDefault="00CE2EC1"/>
    <w:p w14:paraId="55D1FDF2" w14:textId="204D162D" w:rsidR="00CE2EC1" w:rsidRDefault="00B57C8B">
      <w:pPr>
        <w:spacing w:after="20"/>
        <w:jc w:val="center"/>
      </w:pPr>
      <w:r>
        <w:rPr>
          <w:b/>
          <w:sz w:val="24"/>
        </w:rPr>
        <w:t>TERMO DE ADESÃO</w:t>
      </w:r>
      <w:r w:rsidR="00000000">
        <w:rPr>
          <w:b/>
          <w:sz w:val="24"/>
        </w:rPr>
        <w:t xml:space="preserve"> – FERIADO ELEITORAL</w:t>
      </w:r>
    </w:p>
    <w:p w14:paraId="56B034EB" w14:textId="77777777" w:rsidR="00D74DA0" w:rsidRDefault="00000000">
      <w:pPr>
        <w:spacing w:after="100"/>
        <w:jc w:val="center"/>
        <w:rPr>
          <w:b/>
          <w:sz w:val="18"/>
        </w:rPr>
      </w:pPr>
      <w:r>
        <w:rPr>
          <w:b/>
          <w:sz w:val="18"/>
        </w:rPr>
        <w:t>TERMO ADITIVO ESPECÍFICO À CCT 2025/2026 – INDAIATUBA/SP</w:t>
      </w:r>
    </w:p>
    <w:p w14:paraId="74082240" w14:textId="58C4111D" w:rsidR="00CE2EC1" w:rsidRDefault="00D74DA0">
      <w:pPr>
        <w:spacing w:after="100"/>
        <w:jc w:val="center"/>
      </w:pPr>
      <w:r w:rsidRPr="00D74DA0">
        <w:rPr>
          <w:b/>
          <w:bCs/>
          <w:sz w:val="18"/>
        </w:rPr>
        <w:t>FERIADO: 04 DE OUTUBRO DE 2026</w:t>
      </w:r>
      <w:r>
        <w:rPr>
          <w:b/>
          <w:sz w:val="18"/>
        </w:rPr>
        <w:br/>
      </w:r>
    </w:p>
    <w:p w14:paraId="24ED6473" w14:textId="77777777" w:rsidR="009C2E3C" w:rsidRPr="009C2E3C" w:rsidRDefault="00000000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Ao</w:t>
      </w:r>
      <w:r w:rsidR="009C2E3C" w:rsidRPr="009C2E3C">
        <w:rPr>
          <w:b/>
          <w:bCs/>
          <w:sz w:val="22"/>
        </w:rPr>
        <w:t>s</w:t>
      </w:r>
      <w:r w:rsidRPr="009C2E3C">
        <w:rPr>
          <w:b/>
          <w:bCs/>
          <w:sz w:val="22"/>
        </w:rPr>
        <w:t xml:space="preserve"> </w:t>
      </w:r>
    </w:p>
    <w:p w14:paraId="447F7C96" w14:textId="7859007B" w:rsidR="009C2E3C" w:rsidRPr="009C2E3C" w:rsidRDefault="009C2E3C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Sindicato dos Empregados no Comércio de Indaiatuba</w:t>
      </w:r>
    </w:p>
    <w:p w14:paraId="7716DC52" w14:textId="24ECA11C" w:rsidR="00CE2EC1" w:rsidRPr="009C2E3C" w:rsidRDefault="00000000">
      <w:pPr>
        <w:spacing w:after="60"/>
        <w:rPr>
          <w:b/>
          <w:bCs/>
          <w:sz w:val="22"/>
        </w:rPr>
      </w:pPr>
      <w:r w:rsidRPr="009C2E3C">
        <w:rPr>
          <w:b/>
          <w:bCs/>
          <w:sz w:val="22"/>
        </w:rPr>
        <w:t>Sindicato dos Lojistas do Comércio de Campinas e Região</w:t>
      </w:r>
    </w:p>
    <w:p w14:paraId="4A569C2C" w14:textId="77777777" w:rsidR="009C2E3C" w:rsidRPr="009C2E3C" w:rsidRDefault="009C2E3C">
      <w:pPr>
        <w:spacing w:after="60"/>
        <w:rPr>
          <w:b/>
          <w:bCs/>
          <w:sz w:val="22"/>
        </w:rPr>
      </w:pPr>
    </w:p>
    <w:p w14:paraId="430F255C" w14:textId="77777777" w:rsidR="00CE2EC1" w:rsidRPr="009C2E3C" w:rsidRDefault="00000000">
      <w:pPr>
        <w:spacing w:after="80"/>
        <w:rPr>
          <w:sz w:val="22"/>
        </w:rPr>
      </w:pPr>
      <w:r w:rsidRPr="009C2E3C">
        <w:rPr>
          <w:sz w:val="22"/>
        </w:rPr>
        <w:t>A empresa abaixo identificada requer sua adesão/regularização específica para os efeitos do Termo Aditivo relativo ao trabalho no feriado eleitoral indicado neste requerimento, declarando ciência de que o protocolo não assegura a emissão do certificado, que dependerá de análise e aprovação conjunta dos sindicatos convenentes.</w:t>
      </w:r>
    </w:p>
    <w:p w14:paraId="03444DA7" w14:textId="77777777" w:rsidR="009C2E3C" w:rsidRDefault="009C2E3C">
      <w:pPr>
        <w:spacing w:after="80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322"/>
        <w:gridCol w:w="5320"/>
      </w:tblGrid>
      <w:tr w:rsidR="00CE2EC1" w14:paraId="021A9671" w14:textId="77777777">
        <w:trPr>
          <w:jc w:val="center"/>
        </w:trPr>
        <w:tc>
          <w:tcPr>
            <w:tcW w:w="5328" w:type="dxa"/>
            <w:vAlign w:val="center"/>
          </w:tcPr>
          <w:p w14:paraId="3718FFBB" w14:textId="77777777" w:rsidR="00CE2EC1" w:rsidRDefault="00000000">
            <w:pPr>
              <w:spacing w:after="0"/>
            </w:pPr>
            <w:permStart w:id="1191658635" w:edGrp="everyone" w:colFirst="0" w:colLast="0"/>
            <w:permStart w:id="648616925" w:edGrp="everyone" w:colFirst="1" w:colLast="1"/>
            <w:permStart w:id="231301670" w:edGrp="everyone" w:colFirst="2" w:colLast="2"/>
            <w:permStart w:id="591528533" w:edGrp="everyone"/>
            <w:r>
              <w:rPr>
                <w:sz w:val="17"/>
              </w:rPr>
              <w:t>RAZÃO SOCIAL: __________________________________________</w:t>
            </w:r>
          </w:p>
        </w:tc>
        <w:tc>
          <w:tcPr>
            <w:tcW w:w="5328" w:type="dxa"/>
            <w:vAlign w:val="center"/>
          </w:tcPr>
          <w:p w14:paraId="55178372" w14:textId="77777777" w:rsidR="00CE2EC1" w:rsidRDefault="00000000">
            <w:pPr>
              <w:spacing w:after="0"/>
            </w:pPr>
            <w:r>
              <w:rPr>
                <w:sz w:val="17"/>
              </w:rPr>
              <w:t>NOME FANTASIA: _______________________________________</w:t>
            </w:r>
          </w:p>
        </w:tc>
      </w:tr>
      <w:tr w:rsidR="00CE2EC1" w14:paraId="158B65AC" w14:textId="77777777">
        <w:trPr>
          <w:jc w:val="center"/>
        </w:trPr>
        <w:tc>
          <w:tcPr>
            <w:tcW w:w="5328" w:type="dxa"/>
            <w:vAlign w:val="center"/>
          </w:tcPr>
          <w:p w14:paraId="510A215A" w14:textId="77777777" w:rsidR="00CE2EC1" w:rsidRDefault="00000000">
            <w:pPr>
              <w:spacing w:after="0"/>
            </w:pPr>
            <w:permStart w:id="1696365044" w:edGrp="everyone" w:colFirst="0" w:colLast="0"/>
            <w:permStart w:id="955269031" w:edGrp="everyone" w:colFirst="1" w:colLast="1"/>
            <w:permStart w:id="948243080" w:edGrp="everyone" w:colFirst="2" w:colLast="2"/>
            <w:permEnd w:id="1191658635"/>
            <w:permEnd w:id="648616925"/>
            <w:permEnd w:id="231301670"/>
            <w:r>
              <w:rPr>
                <w:sz w:val="17"/>
              </w:rPr>
              <w:t>CNPJ: _________________________________________________</w:t>
            </w:r>
          </w:p>
        </w:tc>
        <w:tc>
          <w:tcPr>
            <w:tcW w:w="5328" w:type="dxa"/>
            <w:vAlign w:val="center"/>
          </w:tcPr>
          <w:p w14:paraId="0CAE4B4C" w14:textId="77777777" w:rsidR="00CE2EC1" w:rsidRDefault="00000000">
            <w:pPr>
              <w:spacing w:after="0"/>
            </w:pPr>
            <w:r>
              <w:rPr>
                <w:sz w:val="17"/>
              </w:rPr>
              <w:t>Nº DE EMPREGADOS: ____________________________________</w:t>
            </w:r>
          </w:p>
        </w:tc>
      </w:tr>
      <w:tr w:rsidR="00CE2EC1" w14:paraId="474A4435" w14:textId="77777777">
        <w:trPr>
          <w:jc w:val="center"/>
        </w:trPr>
        <w:tc>
          <w:tcPr>
            <w:tcW w:w="5328" w:type="dxa"/>
            <w:vAlign w:val="center"/>
          </w:tcPr>
          <w:p w14:paraId="1FC840C4" w14:textId="77777777" w:rsidR="00CE2EC1" w:rsidRDefault="00000000">
            <w:pPr>
              <w:spacing w:after="0"/>
            </w:pPr>
            <w:permStart w:id="1889605265" w:edGrp="everyone" w:colFirst="0" w:colLast="0"/>
            <w:permStart w:id="1719215205" w:edGrp="everyone" w:colFirst="1" w:colLast="1"/>
            <w:permStart w:id="839939070" w:edGrp="everyone" w:colFirst="2" w:colLast="2"/>
            <w:permEnd w:id="1696365044"/>
            <w:permEnd w:id="955269031"/>
            <w:permEnd w:id="948243080"/>
            <w:r>
              <w:rPr>
                <w:sz w:val="17"/>
              </w:rPr>
              <w:t>ENDEREÇO: _____________________________________________</w:t>
            </w:r>
          </w:p>
        </w:tc>
        <w:tc>
          <w:tcPr>
            <w:tcW w:w="5328" w:type="dxa"/>
            <w:vAlign w:val="center"/>
          </w:tcPr>
          <w:p w14:paraId="60696B67" w14:textId="77777777" w:rsidR="00CE2EC1" w:rsidRDefault="00000000">
            <w:pPr>
              <w:spacing w:after="0"/>
            </w:pPr>
            <w:r>
              <w:rPr>
                <w:sz w:val="17"/>
              </w:rPr>
              <w:t>Nº / COMPLEMENTO: ____________________________________</w:t>
            </w:r>
          </w:p>
        </w:tc>
      </w:tr>
      <w:tr w:rsidR="00CE2EC1" w14:paraId="3EAA7085" w14:textId="77777777">
        <w:trPr>
          <w:jc w:val="center"/>
        </w:trPr>
        <w:tc>
          <w:tcPr>
            <w:tcW w:w="5328" w:type="dxa"/>
            <w:vAlign w:val="center"/>
          </w:tcPr>
          <w:p w14:paraId="07276D6A" w14:textId="77777777" w:rsidR="00CE2EC1" w:rsidRDefault="00000000">
            <w:pPr>
              <w:spacing w:after="0"/>
            </w:pPr>
            <w:permStart w:id="899108953" w:edGrp="everyone" w:colFirst="0" w:colLast="0"/>
            <w:permStart w:id="1906054251" w:edGrp="everyone" w:colFirst="1" w:colLast="1"/>
            <w:permStart w:id="2049586499" w:edGrp="everyone" w:colFirst="2" w:colLast="2"/>
            <w:permEnd w:id="1889605265"/>
            <w:permEnd w:id="1719215205"/>
            <w:permEnd w:id="839939070"/>
            <w:r>
              <w:rPr>
                <w:sz w:val="17"/>
              </w:rPr>
              <w:t>BAIRRO: _______________________________________________</w:t>
            </w:r>
          </w:p>
        </w:tc>
        <w:tc>
          <w:tcPr>
            <w:tcW w:w="5328" w:type="dxa"/>
            <w:vAlign w:val="center"/>
          </w:tcPr>
          <w:p w14:paraId="0E9D2BEA" w14:textId="77777777" w:rsidR="00CE2EC1" w:rsidRDefault="00000000">
            <w:pPr>
              <w:spacing w:after="0"/>
            </w:pPr>
            <w:r>
              <w:rPr>
                <w:sz w:val="17"/>
              </w:rPr>
              <w:t>CEP: __________________ MUNICÍPIO: INDAIATUBA/SP</w:t>
            </w:r>
          </w:p>
        </w:tc>
      </w:tr>
      <w:tr w:rsidR="00CE2EC1" w14:paraId="3A4C904E" w14:textId="77777777">
        <w:trPr>
          <w:jc w:val="center"/>
        </w:trPr>
        <w:tc>
          <w:tcPr>
            <w:tcW w:w="5328" w:type="dxa"/>
            <w:vAlign w:val="center"/>
          </w:tcPr>
          <w:p w14:paraId="2BAB8738" w14:textId="77777777" w:rsidR="00CE2EC1" w:rsidRDefault="00000000">
            <w:pPr>
              <w:spacing w:after="0"/>
            </w:pPr>
            <w:permStart w:id="455175926" w:edGrp="everyone" w:colFirst="0" w:colLast="0"/>
            <w:permStart w:id="446069691" w:edGrp="everyone" w:colFirst="1" w:colLast="1"/>
            <w:permStart w:id="1838223713" w:edGrp="everyone" w:colFirst="2" w:colLast="2"/>
            <w:permEnd w:id="899108953"/>
            <w:permEnd w:id="1906054251"/>
            <w:permEnd w:id="2049586499"/>
            <w:r>
              <w:rPr>
                <w:sz w:val="17"/>
              </w:rPr>
              <w:t>E-MAIL: ________________________________________________</w:t>
            </w:r>
          </w:p>
        </w:tc>
        <w:tc>
          <w:tcPr>
            <w:tcW w:w="5328" w:type="dxa"/>
            <w:vAlign w:val="center"/>
          </w:tcPr>
          <w:p w14:paraId="6E6F2E35" w14:textId="77777777" w:rsidR="00CE2EC1" w:rsidRDefault="00000000">
            <w:pPr>
              <w:spacing w:after="0"/>
            </w:pPr>
            <w:r>
              <w:rPr>
                <w:sz w:val="17"/>
              </w:rPr>
              <w:t>TELEFONE: ____________________________________________</w:t>
            </w:r>
          </w:p>
        </w:tc>
      </w:tr>
      <w:tr w:rsidR="00CE2EC1" w14:paraId="3F5EEE03" w14:textId="77777777">
        <w:trPr>
          <w:jc w:val="center"/>
        </w:trPr>
        <w:tc>
          <w:tcPr>
            <w:tcW w:w="5328" w:type="dxa"/>
            <w:vAlign w:val="center"/>
          </w:tcPr>
          <w:p w14:paraId="2648CD4A" w14:textId="77777777" w:rsidR="00CE2EC1" w:rsidRDefault="00000000">
            <w:pPr>
              <w:spacing w:after="0"/>
            </w:pPr>
            <w:permStart w:id="1088434987" w:edGrp="everyone" w:colFirst="0" w:colLast="0"/>
            <w:permStart w:id="2089682419" w:edGrp="everyone" w:colFirst="1" w:colLast="1"/>
            <w:permStart w:id="1844980881" w:edGrp="everyone" w:colFirst="2" w:colLast="2"/>
            <w:permEnd w:id="455175926"/>
            <w:permEnd w:id="446069691"/>
            <w:permEnd w:id="1838223713"/>
            <w:r>
              <w:rPr>
                <w:sz w:val="17"/>
              </w:rPr>
              <w:t>RAMO DE COMÉRCIO: _____________________________________</w:t>
            </w:r>
          </w:p>
        </w:tc>
        <w:tc>
          <w:tcPr>
            <w:tcW w:w="5328" w:type="dxa"/>
            <w:vAlign w:val="center"/>
          </w:tcPr>
          <w:p w14:paraId="51F85843" w14:textId="77777777" w:rsidR="00CE2EC1" w:rsidRDefault="00000000">
            <w:pPr>
              <w:spacing w:after="0"/>
            </w:pPr>
            <w:r>
              <w:rPr>
                <w:sz w:val="17"/>
              </w:rPr>
              <w:t>NIRE (se aplicável): ____________________________________</w:t>
            </w:r>
          </w:p>
        </w:tc>
      </w:tr>
      <w:tr w:rsidR="00CE2EC1" w14:paraId="61E808C1" w14:textId="77777777">
        <w:trPr>
          <w:jc w:val="center"/>
        </w:trPr>
        <w:tc>
          <w:tcPr>
            <w:tcW w:w="5328" w:type="dxa"/>
            <w:vAlign w:val="center"/>
          </w:tcPr>
          <w:p w14:paraId="37DDC39B" w14:textId="77777777" w:rsidR="00CE2EC1" w:rsidRDefault="00000000">
            <w:pPr>
              <w:spacing w:after="0"/>
            </w:pPr>
            <w:permStart w:id="362486051" w:edGrp="everyone" w:colFirst="0" w:colLast="0"/>
            <w:permStart w:id="1679034857" w:edGrp="everyone" w:colFirst="1" w:colLast="1"/>
            <w:permStart w:id="31331395" w:edGrp="everyone" w:colFirst="2" w:colLast="2"/>
            <w:permEnd w:id="1088434987"/>
            <w:permEnd w:id="2089682419"/>
            <w:permEnd w:id="1844980881"/>
            <w:r>
              <w:rPr>
                <w:sz w:val="17"/>
              </w:rPr>
              <w:t>RESPONSÁVEL LEGAL: ____________________________________</w:t>
            </w:r>
          </w:p>
        </w:tc>
        <w:tc>
          <w:tcPr>
            <w:tcW w:w="5328" w:type="dxa"/>
            <w:vAlign w:val="center"/>
          </w:tcPr>
          <w:p w14:paraId="51A5D4F8" w14:textId="77777777" w:rsidR="00CE2EC1" w:rsidRDefault="00000000">
            <w:pPr>
              <w:spacing w:after="0"/>
            </w:pPr>
            <w:r>
              <w:rPr>
                <w:sz w:val="17"/>
              </w:rPr>
              <w:t>CPF: ________________________________________________</w:t>
            </w:r>
          </w:p>
        </w:tc>
      </w:tr>
      <w:tr w:rsidR="00CE2EC1" w14:paraId="682C8D7F" w14:textId="77777777">
        <w:trPr>
          <w:jc w:val="center"/>
        </w:trPr>
        <w:tc>
          <w:tcPr>
            <w:tcW w:w="5328" w:type="dxa"/>
            <w:vAlign w:val="center"/>
          </w:tcPr>
          <w:p w14:paraId="1DA4CC13" w14:textId="77777777" w:rsidR="00CE2EC1" w:rsidRDefault="00000000">
            <w:pPr>
              <w:spacing w:after="0"/>
            </w:pPr>
            <w:permStart w:id="180961103" w:edGrp="everyone" w:colFirst="0" w:colLast="0"/>
            <w:permStart w:id="580484188" w:edGrp="everyone" w:colFirst="1" w:colLast="1"/>
            <w:permStart w:id="671706466" w:edGrp="everyone" w:colFirst="2" w:colLast="2"/>
            <w:permEnd w:id="362486051"/>
            <w:permEnd w:id="1679034857"/>
            <w:permEnd w:id="31331395"/>
            <w:r>
              <w:rPr>
                <w:sz w:val="17"/>
              </w:rPr>
              <w:t>CONTADOR(A): __________________________________________</w:t>
            </w:r>
          </w:p>
        </w:tc>
        <w:tc>
          <w:tcPr>
            <w:tcW w:w="5328" w:type="dxa"/>
            <w:vAlign w:val="center"/>
          </w:tcPr>
          <w:p w14:paraId="5635C753" w14:textId="77777777" w:rsidR="00CE2EC1" w:rsidRDefault="00000000">
            <w:pPr>
              <w:spacing w:after="0"/>
            </w:pPr>
            <w:r>
              <w:rPr>
                <w:sz w:val="17"/>
              </w:rPr>
              <w:t>CRC: __________________ TELEFONE: ____________________</w:t>
            </w:r>
          </w:p>
        </w:tc>
      </w:tr>
      <w:permEnd w:id="180961103"/>
      <w:permEnd w:id="580484188"/>
      <w:permEnd w:id="671706466"/>
    </w:tbl>
    <w:p w14:paraId="4F5E184A" w14:textId="77777777" w:rsidR="009C2E3C" w:rsidRDefault="009C2E3C">
      <w:pPr>
        <w:spacing w:before="80"/>
        <w:rPr>
          <w:b/>
          <w:sz w:val="18"/>
        </w:rPr>
      </w:pPr>
    </w:p>
    <w:permEnd w:id="591528533"/>
    <w:p w14:paraId="32F95D06" w14:textId="06075E93" w:rsidR="009C2E3C" w:rsidRPr="009C2E3C" w:rsidRDefault="00000000">
      <w:pPr>
        <w:spacing w:before="80"/>
        <w:rPr>
          <w:sz w:val="22"/>
        </w:rPr>
      </w:pPr>
      <w:r w:rsidRPr="009C2E3C">
        <w:rPr>
          <w:b/>
          <w:sz w:val="22"/>
        </w:rPr>
        <w:t>CONDIÇÕES E OBRIGAÇÕES A OBSERVAR</w:t>
      </w:r>
    </w:p>
    <w:p w14:paraId="16D5B13D" w14:textId="77777777" w:rsidR="00CE2EC1" w:rsidRDefault="00000000">
      <w:pPr>
        <w:ind w:left="115"/>
      </w:pPr>
      <w:r>
        <w:rPr>
          <w:sz w:val="15"/>
        </w:rPr>
        <w:t>1. Para empresa com adesão válida e deferida: adicional convencional de 100% sobre as horas efetivamente trabalhadas no feriado, discriminado no comprovante de pagamento, e abono indenizatório de R$ 180,00 por empregado e por feriado trabalhado.</w:t>
      </w:r>
    </w:p>
    <w:p w14:paraId="1EFD4049" w14:textId="77777777" w:rsidR="00CE2EC1" w:rsidRDefault="00000000">
      <w:pPr>
        <w:ind w:left="115"/>
      </w:pPr>
      <w:r>
        <w:rPr>
          <w:sz w:val="15"/>
        </w:rPr>
        <w:t>2. Alimentação no valor de R$ 32,27 por empregado e por feriado: refeição gratuita quando a empresa possuir cozinha/refeitório próprios ou fornecer refeições; nos demais casos, auxílio-refeição gratuito ou indenização em dinheiro, paga no próprio dia do trabalho, contra recibo.</w:t>
      </w:r>
    </w:p>
    <w:p w14:paraId="7498032A" w14:textId="77777777" w:rsidR="00CE2EC1" w:rsidRDefault="00000000">
      <w:pPr>
        <w:ind w:left="115"/>
      </w:pPr>
      <w:r>
        <w:rPr>
          <w:sz w:val="15"/>
        </w:rPr>
        <w:t>3. Fornecimento de vale-transporte conforme a legislação vigente, quando necessário ao deslocamento do empregado.</w:t>
      </w:r>
    </w:p>
    <w:p w14:paraId="06BE4983" w14:textId="77777777" w:rsidR="00CE2EC1" w:rsidRDefault="00000000">
      <w:pPr>
        <w:ind w:left="115"/>
      </w:pPr>
      <w:r>
        <w:rPr>
          <w:sz w:val="15"/>
        </w:rPr>
        <w:t>4. Jornada limitada a 8 (oito) horas de trabalho no feriado, com intervalo intrajornada legal. O trabalho é facultativo, vedadas imposição, punição, retaliação ou discriminação pela opção de não trabalhar.</w:t>
      </w:r>
    </w:p>
    <w:p w14:paraId="4D16E5C1" w14:textId="77777777" w:rsidR="00CE2EC1" w:rsidRDefault="00000000">
      <w:pPr>
        <w:ind w:left="115"/>
      </w:pPr>
      <w:r>
        <w:rPr>
          <w:sz w:val="15"/>
        </w:rPr>
        <w:t>5. Garantia, sem desconto salarial, do tempo necessário para votar e para o deslocamento indispensável. É vedado utilizar o trabalho no feriado para suprimir o descanso semanal remunerado ou descumprir as regras de descanso dominical e demais normas protetivas.</w:t>
      </w:r>
    </w:p>
    <w:p w14:paraId="0278FBAD" w14:textId="77777777" w:rsidR="00CE2EC1" w:rsidRDefault="00000000">
      <w:pPr>
        <w:ind w:left="115"/>
      </w:pPr>
      <w:r>
        <w:rPr>
          <w:sz w:val="15"/>
        </w:rPr>
        <w:t>6. Adicional e abono devem ser pagos com a folha de outubro de 2026 ou em folha complementar, nos prazos legais e com discriminação individualizada. A alimentação paga em dinheiro deve ser quitada no próprio dia, contra recibo.</w:t>
      </w:r>
    </w:p>
    <w:p w14:paraId="765BD829" w14:textId="77777777" w:rsidR="00CE2EC1" w:rsidRDefault="00000000">
      <w:pPr>
        <w:ind w:left="115"/>
      </w:pPr>
      <w:r>
        <w:rPr>
          <w:sz w:val="15"/>
        </w:rPr>
        <w:t>7. Na ausência de adesão válida, requerimento tempestivo deferido ou em caso de descumprimento das condições, o Termo prevê valores majorados: adicional de 200% e abono de R$ 360,00 por empregado e por feriado, além de alimentação e vale-transporte nas condições previstas. O pagamento majorado não substitui a autorização.</w:t>
      </w:r>
    </w:p>
    <w:p w14:paraId="3C80A591" w14:textId="77777777" w:rsidR="00CE2EC1" w:rsidRDefault="00000000">
      <w:pPr>
        <w:ind w:left="115"/>
      </w:pPr>
      <w:r>
        <w:rPr>
          <w:sz w:val="15"/>
        </w:rPr>
        <w:t>8. A empresa declara ciência de que o prazo excepcional de requerimento é de até 48 horas contado do encerramento do feriado de 25/10/2026, aplicável aos efeitos do Termo para ambas as datas, e de que a emissão do certificado depende de aprovação conjunta dos sindicatos.</w:t>
      </w:r>
    </w:p>
    <w:p w14:paraId="2E5C8238" w14:textId="77777777" w:rsidR="00CE2EC1" w:rsidRDefault="00000000">
      <w:pPr>
        <w:ind w:left="115"/>
      </w:pPr>
      <w:r>
        <w:rPr>
          <w:sz w:val="15"/>
        </w:rPr>
        <w:t>9. O descumprimento das disposições do Termo pode acarretar multa normativa de R$ 2.126,00 por empregado prejudicado e por disposição descumprida, sem prejuízo das demais obrigações e medidas cabíveis.</w:t>
      </w:r>
    </w:p>
    <w:p w14:paraId="038F37F9" w14:textId="71F82B0B" w:rsidR="009C2E3C" w:rsidRDefault="00000000" w:rsidP="009C2E3C">
      <w:pPr>
        <w:spacing w:before="40" w:after="80"/>
        <w:rPr>
          <w:sz w:val="17"/>
        </w:rPr>
      </w:pPr>
      <w:r>
        <w:t>A empresa declara que leu e se compromete a cumprir integralmente o Termo Aditivo e a legislação aplicável, bem como a manter afixado em local visível o certificado de adesão ou informação sobre a situação da regularização.</w:t>
      </w:r>
    </w:p>
    <w:p w14:paraId="77DDF3E0" w14:textId="77777777" w:rsidR="009C2E3C" w:rsidRPr="009C2E3C" w:rsidRDefault="009C2E3C" w:rsidP="009C2E3C">
      <w:pPr>
        <w:spacing w:after="180"/>
        <w:jc w:val="center"/>
        <w:rPr>
          <w:sz w:val="22"/>
        </w:rPr>
      </w:pPr>
    </w:p>
    <w:p w14:paraId="6A1E85DC" w14:textId="77777777" w:rsidR="00D74DA0" w:rsidRDefault="00D74DA0" w:rsidP="009C2E3C">
      <w:pPr>
        <w:spacing w:after="180"/>
        <w:jc w:val="center"/>
        <w:rPr>
          <w:sz w:val="22"/>
        </w:rPr>
      </w:pPr>
    </w:p>
    <w:p w14:paraId="6A51A8C9" w14:textId="63C3D064" w:rsidR="009C2E3C" w:rsidRPr="009C2E3C" w:rsidRDefault="00000000" w:rsidP="009C2E3C">
      <w:pPr>
        <w:spacing w:after="180"/>
        <w:jc w:val="center"/>
        <w:rPr>
          <w:sz w:val="22"/>
        </w:rPr>
      </w:pPr>
      <w:permStart w:id="494565614" w:edGrp="everyone"/>
      <w:r w:rsidRPr="009C2E3C">
        <w:rPr>
          <w:sz w:val="22"/>
        </w:rPr>
        <w:t xml:space="preserve">Local e data: Indaiatuba, ______ de ________________________ </w:t>
      </w:r>
      <w:proofErr w:type="spellStart"/>
      <w:r w:rsidRPr="009C2E3C">
        <w:rPr>
          <w:sz w:val="22"/>
        </w:rPr>
        <w:t>de</w:t>
      </w:r>
      <w:proofErr w:type="spellEnd"/>
      <w:r w:rsidRPr="009C2E3C">
        <w:rPr>
          <w:sz w:val="22"/>
        </w:rPr>
        <w:t xml:space="preserve"> 2026.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21"/>
      </w:tblGrid>
      <w:tr w:rsidR="00CE2EC1" w:rsidRPr="009C2E3C" w14:paraId="0D350054" w14:textId="77777777">
        <w:trPr>
          <w:jc w:val="center"/>
        </w:trPr>
        <w:tc>
          <w:tcPr>
            <w:tcW w:w="5328" w:type="dxa"/>
            <w:vAlign w:val="center"/>
          </w:tcPr>
          <w:p w14:paraId="30F92E42" w14:textId="77777777" w:rsidR="00CE2EC1" w:rsidRPr="009C2E3C" w:rsidRDefault="00000000">
            <w:pPr>
              <w:spacing w:after="0"/>
              <w:rPr>
                <w:sz w:val="22"/>
              </w:rPr>
            </w:pPr>
            <w:r w:rsidRPr="009C2E3C">
              <w:rPr>
                <w:sz w:val="22"/>
              </w:rPr>
              <w:br/>
            </w:r>
            <w:r w:rsidRPr="009C2E3C">
              <w:rPr>
                <w:sz w:val="22"/>
              </w:rPr>
              <w:br/>
              <w:t>____________________________________</w:t>
            </w:r>
            <w:r w:rsidRPr="009C2E3C">
              <w:rPr>
                <w:sz w:val="22"/>
              </w:rPr>
              <w:br/>
              <w:t>Assinatura do responsável legal</w:t>
            </w:r>
            <w:r w:rsidRPr="009C2E3C">
              <w:rPr>
                <w:sz w:val="22"/>
              </w:rPr>
              <w:br/>
              <w:t>Nome por extenso: ____________________</w:t>
            </w:r>
          </w:p>
        </w:tc>
        <w:tc>
          <w:tcPr>
            <w:tcW w:w="5328" w:type="dxa"/>
            <w:vAlign w:val="center"/>
          </w:tcPr>
          <w:p w14:paraId="6270673A" w14:textId="77777777" w:rsidR="00CE2EC1" w:rsidRPr="009C2E3C" w:rsidRDefault="00000000">
            <w:pPr>
              <w:spacing w:after="0"/>
              <w:rPr>
                <w:sz w:val="22"/>
              </w:rPr>
            </w:pPr>
            <w:r w:rsidRPr="009C2E3C">
              <w:rPr>
                <w:sz w:val="22"/>
              </w:rPr>
              <w:br/>
            </w:r>
            <w:r w:rsidRPr="009C2E3C">
              <w:rPr>
                <w:sz w:val="22"/>
              </w:rPr>
              <w:br/>
              <w:t>____________________________________</w:t>
            </w:r>
            <w:r w:rsidRPr="009C2E3C">
              <w:rPr>
                <w:sz w:val="22"/>
              </w:rPr>
              <w:br/>
              <w:t>Assinatura do contador responsável</w:t>
            </w:r>
            <w:r w:rsidRPr="009C2E3C">
              <w:rPr>
                <w:sz w:val="22"/>
              </w:rPr>
              <w:br/>
              <w:t>Nome por extenso: ____________________</w:t>
            </w:r>
          </w:p>
        </w:tc>
      </w:tr>
    </w:tbl>
    <w:p w14:paraId="7B000D11" w14:textId="77777777" w:rsidR="009C2E3C" w:rsidRDefault="009C2E3C">
      <w:pPr>
        <w:spacing w:before="80"/>
      </w:pPr>
    </w:p>
    <w:p w14:paraId="7044AA17" w14:textId="77777777" w:rsidR="009C2E3C" w:rsidRDefault="009C2E3C">
      <w:pPr>
        <w:spacing w:before="80"/>
        <w:rPr>
          <w:sz w:val="22"/>
        </w:rPr>
      </w:pPr>
    </w:p>
    <w:p w14:paraId="455A4B57" w14:textId="7B0B017A" w:rsidR="00CE2EC1" w:rsidRPr="009C2E3C" w:rsidRDefault="00000000">
      <w:pPr>
        <w:spacing w:before="80"/>
        <w:rPr>
          <w:sz w:val="22"/>
        </w:rPr>
      </w:pPr>
      <w:proofErr w:type="spellStart"/>
      <w:r w:rsidRPr="009C2E3C">
        <w:rPr>
          <w:sz w:val="22"/>
        </w:rPr>
        <w:t>Protocolo</w:t>
      </w:r>
      <w:proofErr w:type="spellEnd"/>
      <w:r w:rsidRPr="009C2E3C">
        <w:rPr>
          <w:sz w:val="22"/>
        </w:rPr>
        <w:t xml:space="preserve"> Sindilojas: _________________________</w:t>
      </w:r>
      <w:proofErr w:type="gramStart"/>
      <w:r w:rsidRPr="009C2E3C">
        <w:rPr>
          <w:sz w:val="22"/>
        </w:rPr>
        <w:t>_  Data</w:t>
      </w:r>
      <w:proofErr w:type="gramEnd"/>
      <w:r w:rsidRPr="009C2E3C">
        <w:rPr>
          <w:sz w:val="22"/>
        </w:rPr>
        <w:t>/hora: ____/____/______ às ______</w:t>
      </w:r>
    </w:p>
    <w:permEnd w:id="494565614"/>
    <w:p w14:paraId="0C88BEDF" w14:textId="77777777" w:rsidR="009C2E3C" w:rsidRDefault="009C2E3C">
      <w:pPr>
        <w:spacing w:before="60"/>
        <w:jc w:val="center"/>
        <w:rPr>
          <w:sz w:val="14"/>
        </w:rPr>
      </w:pPr>
    </w:p>
    <w:sectPr w:rsidR="009C2E3C" w:rsidSect="009C2E3C">
      <w:headerReference w:type="default" r:id="rId8"/>
      <w:footerReference w:type="default" r:id="rId9"/>
      <w:pgSz w:w="12240" w:h="15840"/>
      <w:pgMar w:top="646" w:right="794" w:bottom="646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477E" w14:textId="77777777" w:rsidR="009C5460" w:rsidRDefault="009C5460" w:rsidP="009C2E3C">
      <w:pPr>
        <w:spacing w:after="0" w:line="240" w:lineRule="auto"/>
      </w:pPr>
      <w:r>
        <w:separator/>
      </w:r>
    </w:p>
  </w:endnote>
  <w:endnote w:type="continuationSeparator" w:id="0">
    <w:p w14:paraId="00507289" w14:textId="77777777" w:rsidR="009C5460" w:rsidRDefault="009C5460" w:rsidP="009C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56B4" w14:textId="40A2B891" w:rsidR="009C2E3C" w:rsidRDefault="009C2E3C">
    <w:pPr>
      <w:pStyle w:val="Rodap"/>
    </w:pPr>
    <w:r>
      <w:rPr>
        <w:color w:val="4F5B67"/>
        <w:sz w:val="14"/>
      </w:rPr>
      <w:t xml:space="preserve">                                                                 SECOM  •  SINDILOJAS  CAMPINAS  E REGIÃO|  INDAIATUBA/SP  •  2026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8C1D" w14:textId="77777777" w:rsidR="009C5460" w:rsidRDefault="009C5460" w:rsidP="009C2E3C">
      <w:pPr>
        <w:spacing w:after="0" w:line="240" w:lineRule="auto"/>
      </w:pPr>
      <w:r>
        <w:separator/>
      </w:r>
    </w:p>
  </w:footnote>
  <w:footnote w:type="continuationSeparator" w:id="0">
    <w:p w14:paraId="226A9C65" w14:textId="77777777" w:rsidR="009C5460" w:rsidRDefault="009C5460" w:rsidP="009C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9C2E3C" w14:paraId="498BE804" w14:textId="77777777" w:rsidTr="000E601F">
      <w:tc>
        <w:tcPr>
          <w:tcW w:w="4989" w:type="dxa"/>
          <w:tcBorders>
            <w:bottom w:val="single" w:sz="6" w:space="0" w:color="1E6467"/>
          </w:tcBorders>
          <w:vAlign w:val="center"/>
        </w:tcPr>
        <w:p w14:paraId="4D736B47" w14:textId="77777777" w:rsidR="009C2E3C" w:rsidRDefault="009C2E3C" w:rsidP="009C2E3C">
          <w:r>
            <w:rPr>
              <w:noProof/>
            </w:rPr>
            <w:drawing>
              <wp:inline distT="0" distB="0" distL="0" distR="0" wp14:anchorId="1750B706" wp14:editId="0E8A254B">
                <wp:extent cx="1095375" cy="570522"/>
                <wp:effectExtent l="0" t="0" r="0" b="0"/>
                <wp:docPr id="142132368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1323684" name="Imagem 14213236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061" cy="576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tcBorders>
            <w:bottom w:val="single" w:sz="6" w:space="0" w:color="1E6467"/>
          </w:tcBorders>
          <w:vAlign w:val="center"/>
        </w:tcPr>
        <w:p w14:paraId="5FE75A9B" w14:textId="77777777" w:rsidR="009C2E3C" w:rsidRDefault="009C2E3C" w:rsidP="009C2E3C">
          <w:pPr>
            <w:jc w:val="right"/>
          </w:pPr>
          <w:r>
            <w:rPr>
              <w:noProof/>
            </w:rPr>
            <w:drawing>
              <wp:inline distT="0" distB="0" distL="0" distR="0" wp14:anchorId="64C565FE" wp14:editId="03E6A083">
                <wp:extent cx="1026000" cy="4655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465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1D6D611" w14:textId="77777777" w:rsidR="009C2E3C" w:rsidRDefault="009C2E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F96621"/>
    <w:multiLevelType w:val="hybridMultilevel"/>
    <w:tmpl w:val="A7E822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440957">
    <w:abstractNumId w:val="8"/>
  </w:num>
  <w:num w:numId="2" w16cid:durableId="394550352">
    <w:abstractNumId w:val="6"/>
  </w:num>
  <w:num w:numId="3" w16cid:durableId="21631500">
    <w:abstractNumId w:val="5"/>
  </w:num>
  <w:num w:numId="4" w16cid:durableId="697203115">
    <w:abstractNumId w:val="4"/>
  </w:num>
  <w:num w:numId="5" w16cid:durableId="425157780">
    <w:abstractNumId w:val="7"/>
  </w:num>
  <w:num w:numId="6" w16cid:durableId="959386191">
    <w:abstractNumId w:val="3"/>
  </w:num>
  <w:num w:numId="7" w16cid:durableId="491145330">
    <w:abstractNumId w:val="2"/>
  </w:num>
  <w:num w:numId="8" w16cid:durableId="1391735121">
    <w:abstractNumId w:val="1"/>
  </w:num>
  <w:num w:numId="9" w16cid:durableId="1311207929">
    <w:abstractNumId w:val="0"/>
  </w:num>
  <w:num w:numId="10" w16cid:durableId="964165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7iVheYkfA8aRVj6RhBDIjE+lJgIIeVVOkdmqbHGmn6O3sBMOllFZ+ZCIweg9Cv9js2msuVvXbXdGenFEzvlBQ==" w:salt="JP1RuSXjro/gOpjkGv5cn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AD7"/>
    <w:rsid w:val="0015074B"/>
    <w:rsid w:val="0029639D"/>
    <w:rsid w:val="00326F90"/>
    <w:rsid w:val="005F09AA"/>
    <w:rsid w:val="008F30DA"/>
    <w:rsid w:val="009A1B32"/>
    <w:rsid w:val="009C2E3C"/>
    <w:rsid w:val="009C5460"/>
    <w:rsid w:val="00AA1D8D"/>
    <w:rsid w:val="00B47730"/>
    <w:rsid w:val="00B57C8B"/>
    <w:rsid w:val="00CB0664"/>
    <w:rsid w:val="00CE2EC1"/>
    <w:rsid w:val="00D74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7C9DB"/>
  <w14:defaultImageDpi w14:val="300"/>
  <w15:docId w15:val="{6DE2F521-7DD6-4C2D-9943-6CF7744A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662</Words>
  <Characters>3579</Characters>
  <Application>Microsoft Office Word</Application>
  <DocSecurity>8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ALINE</cp:lastModifiedBy>
  <cp:revision>4</cp:revision>
  <dcterms:created xsi:type="dcterms:W3CDTF">2026-10-26T11:50:00Z</dcterms:created>
  <dcterms:modified xsi:type="dcterms:W3CDTF">2026-10-26T12:06:00Z</dcterms:modified>
  <cp:category/>
</cp:coreProperties>
</file>